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942B2" w14:textId="0CCEA478" w:rsidR="00FB5B1D" w:rsidRPr="00F67048" w:rsidRDefault="00155E94" w:rsidP="00F67048">
      <w:pPr>
        <w:pStyle w:val="Tytu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2F03D090" wp14:editId="096A884F">
            <wp:simplePos x="0" y="0"/>
            <wp:positionH relativeFrom="column">
              <wp:posOffset>121920</wp:posOffset>
            </wp:positionH>
            <wp:positionV relativeFrom="paragraph">
              <wp:posOffset>-68579</wp:posOffset>
            </wp:positionV>
            <wp:extent cx="762000" cy="952500"/>
            <wp:effectExtent l="0" t="0" r="0" b="0"/>
            <wp:wrapNone/>
            <wp:docPr id="5463704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370453" name="Obraz 5463704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386" cy="954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67048">
        <w:rPr>
          <w:rFonts w:ascii="Times New Roman" w:hAnsi="Times New Roman" w:cs="Times New Roman"/>
        </w:rPr>
        <w:t>Karta zgłoszenia</w:t>
      </w:r>
    </w:p>
    <w:p w14:paraId="485076E9" w14:textId="07B383A9" w:rsidR="00FB5B1D" w:rsidRPr="00F67048" w:rsidRDefault="00000000" w:rsidP="00F67048">
      <w:pPr>
        <w:jc w:val="center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b/>
          <w:sz w:val="24"/>
          <w:szCs w:val="24"/>
        </w:rPr>
        <w:t>XIV Międzynarodowy Festiwal Kolęd i Pastorałek w Rzeszowie</w:t>
      </w:r>
    </w:p>
    <w:p w14:paraId="51EEB717" w14:textId="77777777" w:rsidR="00FB5B1D" w:rsidRPr="00F67048" w:rsidRDefault="00000000" w:rsidP="00F6704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67048">
        <w:rPr>
          <w:rFonts w:ascii="Times New Roman" w:hAnsi="Times New Roman" w:cs="Times New Roman"/>
          <w:sz w:val="24"/>
          <w:szCs w:val="24"/>
        </w:rPr>
        <w:t>30</w:t>
      </w:r>
      <w:proofErr w:type="gramEnd"/>
      <w:r w:rsidRPr="00F67048">
        <w:rPr>
          <w:rFonts w:ascii="Times New Roman" w:hAnsi="Times New Roman" w:cs="Times New Roman"/>
          <w:sz w:val="24"/>
          <w:szCs w:val="24"/>
        </w:rPr>
        <w:t xml:space="preserve"> stycznia 2027 r.</w:t>
      </w:r>
    </w:p>
    <w:p w14:paraId="4DF2BD27" w14:textId="77777777" w:rsidR="00FB5B1D" w:rsidRPr="00F67048" w:rsidRDefault="00000000" w:rsidP="00F67048">
      <w:pPr>
        <w:jc w:val="center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Organizator: Polski Związek Chórów i Orkiestr – Oddział w Rzeszowie</w:t>
      </w:r>
    </w:p>
    <w:p w14:paraId="744F6C2A" w14:textId="4F55CBB2" w:rsidR="00FB5B1D" w:rsidRPr="00F67048" w:rsidRDefault="00000000" w:rsidP="00F67048">
      <w:pPr>
        <w:jc w:val="center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Termin zgłoszeń: </w:t>
      </w:r>
      <w:proofErr w:type="gramStart"/>
      <w:r w:rsidR="00F67048" w:rsidRPr="00F67048">
        <w:rPr>
          <w:rFonts w:ascii="Times New Roman" w:hAnsi="Times New Roman" w:cs="Times New Roman"/>
          <w:sz w:val="24"/>
          <w:szCs w:val="24"/>
        </w:rPr>
        <w:t>29</w:t>
      </w:r>
      <w:proofErr w:type="gramEnd"/>
      <w:r w:rsidR="00F67048" w:rsidRPr="00F67048">
        <w:rPr>
          <w:rFonts w:ascii="Times New Roman" w:hAnsi="Times New Roman" w:cs="Times New Roman"/>
          <w:sz w:val="24"/>
          <w:szCs w:val="24"/>
        </w:rPr>
        <w:t xml:space="preserve"> grudnia 2026 </w:t>
      </w:r>
      <w:r w:rsidR="00485F59" w:rsidRPr="00F67048">
        <w:rPr>
          <w:rFonts w:ascii="Times New Roman" w:hAnsi="Times New Roman" w:cs="Times New Roman"/>
          <w:sz w:val="24"/>
          <w:szCs w:val="24"/>
        </w:rPr>
        <w:t xml:space="preserve">r. </w:t>
      </w:r>
      <w:r w:rsidRPr="00F67048">
        <w:rPr>
          <w:rFonts w:ascii="Times New Roman" w:hAnsi="Times New Roman" w:cs="Times New Roman"/>
          <w:sz w:val="24"/>
          <w:szCs w:val="24"/>
        </w:rPr>
        <w:t xml:space="preserve">•     Adres e-mail do zgłoszeń: </w:t>
      </w:r>
      <w:r w:rsidR="00F67048" w:rsidRPr="00F67048">
        <w:rPr>
          <w:rFonts w:ascii="Times New Roman" w:hAnsi="Times New Roman" w:cs="Times New Roman"/>
          <w:sz w:val="24"/>
          <w:szCs w:val="24"/>
        </w:rPr>
        <w:t>festiwal.rzeszow@gmail.com</w:t>
      </w:r>
    </w:p>
    <w:p w14:paraId="25F56FC9" w14:textId="77777777" w:rsidR="00FB5B1D" w:rsidRPr="00F67048" w:rsidRDefault="00000000" w:rsidP="00F67048">
      <w:pPr>
        <w:jc w:val="center"/>
        <w:rPr>
          <w:rFonts w:ascii="Times New Roman" w:hAnsi="Times New Roman" w:cs="Times New Roman"/>
          <w:color w:val="EE0000"/>
          <w:sz w:val="24"/>
          <w:szCs w:val="24"/>
          <w:u w:val="single"/>
        </w:rPr>
      </w:pPr>
      <w:r w:rsidRPr="00F67048">
        <w:rPr>
          <w:rFonts w:ascii="Times New Roman" w:hAnsi="Times New Roman" w:cs="Times New Roman"/>
          <w:color w:val="EE0000"/>
          <w:sz w:val="24"/>
          <w:szCs w:val="24"/>
          <w:u w:val="single"/>
        </w:rPr>
        <w:t>Prosimy o wypełnienie elektroniczne lub czytelnym pismem oraz zaznaczenie odpowiednich pól.</w:t>
      </w:r>
    </w:p>
    <w:p w14:paraId="53CE347B" w14:textId="4D698903" w:rsidR="00FB5B1D" w:rsidRPr="00F67048" w:rsidRDefault="00000000" w:rsidP="00F67048">
      <w:pPr>
        <w:pStyle w:val="Nagwek1"/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F67048">
        <w:rPr>
          <w:rFonts w:ascii="Times New Roman" w:hAnsi="Times New Roman" w:cs="Times New Roman"/>
          <w:szCs w:val="24"/>
        </w:rPr>
        <w:t>Dane zespołu</w:t>
      </w:r>
    </w:p>
    <w:p w14:paraId="28C030F2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b/>
          <w:sz w:val="24"/>
          <w:szCs w:val="24"/>
        </w:rPr>
        <w:t>Pełna nazwa zespołu — w brzmieniu przeznaczonym na dyplom</w:t>
      </w:r>
    </w:p>
    <w:p w14:paraId="70227AB8" w14:textId="77777777" w:rsidR="00FB5B1D" w:rsidRPr="00F67048" w:rsidRDefault="00000000" w:rsidP="00F6704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5CAD7A2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b/>
          <w:sz w:val="24"/>
          <w:szCs w:val="24"/>
        </w:rPr>
        <w:t>Miejscowość i kraj zespołu</w:t>
      </w:r>
    </w:p>
    <w:p w14:paraId="01BF462F" w14:textId="77777777" w:rsidR="00FB5B1D" w:rsidRPr="00F67048" w:rsidRDefault="00000000" w:rsidP="00F6704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1F434F2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b/>
          <w:sz w:val="24"/>
          <w:szCs w:val="24"/>
        </w:rPr>
        <w:t>Imię i nazwisko dyrygenta</w:t>
      </w:r>
    </w:p>
    <w:p w14:paraId="309FE06A" w14:textId="77777777" w:rsidR="00FB5B1D" w:rsidRPr="00F67048" w:rsidRDefault="00000000" w:rsidP="00F6704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0710B58" w14:textId="6EB60CE0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Liczba wykonawców: ........................     </w:t>
      </w:r>
    </w:p>
    <w:p w14:paraId="0BCCD15D" w14:textId="65636245" w:rsidR="00FB5B1D" w:rsidRPr="00F67048" w:rsidRDefault="00000000" w:rsidP="00F67048">
      <w:pPr>
        <w:pStyle w:val="Nagwek1"/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F67048">
        <w:rPr>
          <w:rFonts w:ascii="Times New Roman" w:hAnsi="Times New Roman" w:cs="Times New Roman"/>
          <w:szCs w:val="24"/>
        </w:rPr>
        <w:t>Kontakt organizacyjny</w:t>
      </w:r>
    </w:p>
    <w:p w14:paraId="4B889E93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b/>
          <w:sz w:val="24"/>
          <w:szCs w:val="24"/>
        </w:rPr>
        <w:t>Imię i nazwisko osoby do kontaktu</w:t>
      </w:r>
    </w:p>
    <w:p w14:paraId="53383ED0" w14:textId="77777777" w:rsidR="00FB5B1D" w:rsidRPr="00F67048" w:rsidRDefault="00000000" w:rsidP="00F6704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FCE85C9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Telefon: ...........................................     E-mail: ...................................................................</w:t>
      </w:r>
    </w:p>
    <w:p w14:paraId="20EF29CB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b/>
          <w:sz w:val="24"/>
          <w:szCs w:val="24"/>
        </w:rPr>
        <w:t>Adres korespondencyjny — ulica, numer, kod pocztowy, miejscowość, kraj</w:t>
      </w:r>
    </w:p>
    <w:p w14:paraId="122305F3" w14:textId="77777777" w:rsidR="00FB5B1D" w:rsidRPr="00F67048" w:rsidRDefault="00000000" w:rsidP="00F6704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4A7ED67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Strona internetowa / profil zespołu (opcjonalnie): ................................................................</w:t>
      </w:r>
    </w:p>
    <w:p w14:paraId="194B761E" w14:textId="4BC5ADF5" w:rsidR="00FB5B1D" w:rsidRPr="00F67048" w:rsidRDefault="00000000" w:rsidP="00F67048">
      <w:pPr>
        <w:pStyle w:val="Nagwek1"/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F67048">
        <w:rPr>
          <w:rFonts w:ascii="Times New Roman" w:hAnsi="Times New Roman" w:cs="Times New Roman"/>
          <w:szCs w:val="24"/>
        </w:rPr>
        <w:t>Kategoria i skład zespołu</w:t>
      </w:r>
    </w:p>
    <w:p w14:paraId="7EFF0D60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Kategorię oraz dopuszczalny skład zespołu określa regulamin festiwalu.</w:t>
      </w:r>
    </w:p>
    <w:p w14:paraId="6C1301AD" w14:textId="5EF87296" w:rsid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="008934D2" w:rsidRPr="00F67048">
        <w:rPr>
          <w:rFonts w:ascii="Times New Roman" w:hAnsi="Times New Roman" w:cs="Times New Roman"/>
          <w:sz w:val="24"/>
          <w:szCs w:val="24"/>
        </w:rPr>
        <w:t>A Chóry</w:t>
      </w:r>
      <w:r w:rsidRPr="00F67048">
        <w:rPr>
          <w:rFonts w:ascii="Times New Roman" w:hAnsi="Times New Roman" w:cs="Times New Roman"/>
          <w:sz w:val="24"/>
          <w:szCs w:val="24"/>
        </w:rPr>
        <w:t xml:space="preserve"> dorosłych     </w:t>
      </w:r>
    </w:p>
    <w:p w14:paraId="614323E2" w14:textId="19F4A0FA" w:rsid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="008934D2" w:rsidRPr="00F67048">
        <w:rPr>
          <w:rFonts w:ascii="Times New Roman" w:hAnsi="Times New Roman" w:cs="Times New Roman"/>
          <w:sz w:val="24"/>
          <w:szCs w:val="24"/>
        </w:rPr>
        <w:t>B Chóry</w:t>
      </w:r>
      <w:r w:rsidRPr="00F67048">
        <w:rPr>
          <w:rFonts w:ascii="Times New Roman" w:hAnsi="Times New Roman" w:cs="Times New Roman"/>
          <w:sz w:val="24"/>
          <w:szCs w:val="24"/>
        </w:rPr>
        <w:t xml:space="preserve"> seniorskie (55+)</w:t>
      </w:r>
      <w:r w:rsidRPr="00F67048">
        <w:rPr>
          <w:rFonts w:ascii="Times New Roman" w:hAnsi="Times New Roman" w:cs="Times New Roman"/>
          <w:sz w:val="24"/>
          <w:szCs w:val="24"/>
        </w:rPr>
        <w:br/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="008934D2" w:rsidRPr="00F67048">
        <w:rPr>
          <w:rFonts w:ascii="Times New Roman" w:hAnsi="Times New Roman" w:cs="Times New Roman"/>
          <w:sz w:val="24"/>
          <w:szCs w:val="24"/>
        </w:rPr>
        <w:t>C Chóry</w:t>
      </w:r>
      <w:r w:rsidRPr="00F67048">
        <w:rPr>
          <w:rFonts w:ascii="Times New Roman" w:hAnsi="Times New Roman" w:cs="Times New Roman"/>
          <w:sz w:val="24"/>
          <w:szCs w:val="24"/>
        </w:rPr>
        <w:t xml:space="preserve"> i zespoły dziecięce oraz młodzieżowe    </w:t>
      </w:r>
    </w:p>
    <w:p w14:paraId="19B109B9" w14:textId="4CF5324B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="008934D2" w:rsidRPr="00F67048">
        <w:rPr>
          <w:rFonts w:ascii="Times New Roman" w:hAnsi="Times New Roman" w:cs="Times New Roman"/>
          <w:sz w:val="24"/>
          <w:szCs w:val="24"/>
        </w:rPr>
        <w:t>D Orkiestry</w:t>
      </w:r>
    </w:p>
    <w:p w14:paraId="37CEBCC6" w14:textId="77777777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lastRenderedPageBreak/>
        <w:t xml:space="preserve">Chóry dorosłych: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jednorodny 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mieszany 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kameralny do </w:t>
      </w:r>
      <w:proofErr w:type="gramStart"/>
      <w:r w:rsidRPr="00F67048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Pr="00F67048">
        <w:rPr>
          <w:rFonts w:ascii="Times New Roman" w:hAnsi="Times New Roman" w:cs="Times New Roman"/>
          <w:sz w:val="24"/>
          <w:szCs w:val="24"/>
        </w:rPr>
        <w:t xml:space="preserve"> osób</w:t>
      </w:r>
    </w:p>
    <w:p w14:paraId="2ECF19E6" w14:textId="77777777" w:rsid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Zespoły dziecięce i młodzieżowe: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dziecięcy 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młodzieżowy</w:t>
      </w:r>
      <w:r w:rsidRPr="00F67048">
        <w:rPr>
          <w:rFonts w:ascii="Times New Roman" w:hAnsi="Times New Roman" w:cs="Times New Roman"/>
          <w:sz w:val="24"/>
          <w:szCs w:val="24"/>
        </w:rPr>
        <w:br/>
        <w:t xml:space="preserve">Skład: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dziewczęcy 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chłopięcy 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mieszany</w:t>
      </w:r>
    </w:p>
    <w:p w14:paraId="7D927A17" w14:textId="4A2CABFE" w:rsidR="00FB5B1D" w:rsidRP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Wiek najmłodszego i najstarszego wykonawcy: ............... / ............... lat</w:t>
      </w:r>
    </w:p>
    <w:p w14:paraId="17DF1983" w14:textId="77777777" w:rsidR="00F67048" w:rsidRDefault="00000000" w:rsidP="00F670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Orkiestry: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dęta 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symfoniczna 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smyczkowa</w:t>
      </w:r>
    </w:p>
    <w:p w14:paraId="6143A63E" w14:textId="349A208A" w:rsidR="00FB5B1D" w:rsidRPr="00F67048" w:rsidRDefault="00000000" w:rsidP="00F67048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67048">
        <w:rPr>
          <w:rFonts w:ascii="Times New Roman" w:hAnsi="Times New Roman" w:cs="Times New Roman"/>
          <w:b/>
          <w:bCs/>
          <w:sz w:val="40"/>
          <w:szCs w:val="40"/>
        </w:rPr>
        <w:t>Program i organizacja występu</w:t>
      </w:r>
    </w:p>
    <w:p w14:paraId="7B4D8910" w14:textId="77777777" w:rsidR="00FB5B1D" w:rsidRPr="00F67048" w:rsidRDefault="00000000" w:rsidP="00F67048">
      <w:pPr>
        <w:jc w:val="center"/>
        <w:rPr>
          <w:rFonts w:ascii="Times New Roman" w:hAnsi="Times New Roman" w:cs="Times New Roman"/>
        </w:rPr>
      </w:pPr>
      <w:r w:rsidRPr="00F67048">
        <w:rPr>
          <w:rFonts w:ascii="Times New Roman" w:hAnsi="Times New Roman" w:cs="Times New Roman"/>
          <w:b/>
          <w:sz w:val="24"/>
        </w:rPr>
        <w:t>XIV Międzynarodowy Festiwal Kolęd i Pastorałek w Rzeszowie</w:t>
      </w:r>
    </w:p>
    <w:p w14:paraId="68902445" w14:textId="715DCAA9" w:rsidR="00FB5B1D" w:rsidRPr="00F67048" w:rsidRDefault="00000000" w:rsidP="00F67048">
      <w:pPr>
        <w:jc w:val="center"/>
        <w:rPr>
          <w:rFonts w:ascii="Times New Roman" w:hAnsi="Times New Roman" w:cs="Times New Roman"/>
        </w:rPr>
      </w:pPr>
      <w:proofErr w:type="gramStart"/>
      <w:r w:rsidRPr="00F67048">
        <w:rPr>
          <w:rFonts w:ascii="Times New Roman" w:hAnsi="Times New Roman" w:cs="Times New Roman"/>
        </w:rPr>
        <w:t>30</w:t>
      </w:r>
      <w:proofErr w:type="gramEnd"/>
      <w:r w:rsidRPr="00F67048">
        <w:rPr>
          <w:rFonts w:ascii="Times New Roman" w:hAnsi="Times New Roman" w:cs="Times New Roman"/>
        </w:rPr>
        <w:t xml:space="preserve"> stycznia 2027 r.</w:t>
      </w:r>
    </w:p>
    <w:p w14:paraId="7CCC55D6" w14:textId="21E92173" w:rsidR="00FB5B1D" w:rsidRPr="00F67048" w:rsidRDefault="00000000">
      <w:pPr>
        <w:pStyle w:val="Nagwek1"/>
        <w:rPr>
          <w:rFonts w:ascii="Times New Roman" w:hAnsi="Times New Roman" w:cs="Times New Roman"/>
        </w:rPr>
      </w:pPr>
      <w:r w:rsidRPr="00F67048">
        <w:rPr>
          <w:rFonts w:ascii="Times New Roman" w:hAnsi="Times New Roman" w:cs="Times New Roman"/>
        </w:rPr>
        <w:t>Repertuar</w:t>
      </w:r>
    </w:p>
    <w:p w14:paraId="4605ECBA" w14:textId="71499B80" w:rsidR="00FB5B1D" w:rsidRPr="00F67048" w:rsidRDefault="00000000">
      <w:pPr>
        <w:rPr>
          <w:rFonts w:ascii="Times New Roman" w:hAnsi="Times New Roman" w:cs="Times New Roman"/>
        </w:rPr>
      </w:pPr>
      <w:r w:rsidRPr="00F67048">
        <w:rPr>
          <w:rFonts w:ascii="Times New Roman" w:hAnsi="Times New Roman" w:cs="Times New Roman"/>
          <w:sz w:val="20"/>
        </w:rPr>
        <w:t xml:space="preserve">Maksymalny czas prezentacji wynosi </w:t>
      </w:r>
      <w:proofErr w:type="gramStart"/>
      <w:r w:rsidRPr="00F67048">
        <w:rPr>
          <w:rFonts w:ascii="Times New Roman" w:hAnsi="Times New Roman" w:cs="Times New Roman"/>
          <w:sz w:val="20"/>
        </w:rPr>
        <w:t>10</w:t>
      </w:r>
      <w:proofErr w:type="gramEnd"/>
      <w:r w:rsidRPr="00F67048">
        <w:rPr>
          <w:rFonts w:ascii="Times New Roman" w:hAnsi="Times New Roman" w:cs="Times New Roman"/>
          <w:sz w:val="20"/>
        </w:rPr>
        <w:t xml:space="preserve"> minut</w:t>
      </w:r>
      <w:r w:rsidR="00F67048">
        <w:rPr>
          <w:rFonts w:ascii="Times New Roman" w:hAnsi="Times New Roman" w:cs="Times New Roman"/>
          <w:sz w:val="20"/>
        </w:rPr>
        <w:t xml:space="preserve"> lub </w:t>
      </w:r>
      <w:proofErr w:type="gramStart"/>
      <w:r w:rsidR="00F67048">
        <w:rPr>
          <w:rFonts w:ascii="Times New Roman" w:hAnsi="Times New Roman" w:cs="Times New Roman"/>
          <w:sz w:val="20"/>
        </w:rPr>
        <w:t>15</w:t>
      </w:r>
      <w:proofErr w:type="gramEnd"/>
      <w:r w:rsidR="00F67048">
        <w:rPr>
          <w:rFonts w:ascii="Times New Roman" w:hAnsi="Times New Roman" w:cs="Times New Roman"/>
          <w:sz w:val="20"/>
        </w:rPr>
        <w:t xml:space="preserve"> minut</w:t>
      </w:r>
      <w:r w:rsidRPr="00F67048">
        <w:rPr>
          <w:rFonts w:ascii="Times New Roman" w:hAnsi="Times New Roman" w:cs="Times New Roman"/>
          <w:sz w:val="20"/>
        </w:rPr>
        <w:t xml:space="preserve"> i obejmuje utwór obowiązkowy oraz wejście na scenę i zejście ze sceny. Podana kolejność utworów jest ostateczna.</w:t>
      </w:r>
    </w:p>
    <w:p w14:paraId="6C576A51" w14:textId="77777777" w:rsidR="00FB5B1D" w:rsidRPr="00F67048" w:rsidRDefault="00000000">
      <w:pPr>
        <w:rPr>
          <w:rFonts w:ascii="Times New Roman" w:hAnsi="Times New Roman" w:cs="Times New Roman"/>
        </w:rPr>
      </w:pPr>
      <w:r w:rsidRPr="00F67048">
        <w:rPr>
          <w:rFonts w:ascii="Times New Roman" w:hAnsi="Times New Roman" w:cs="Times New Roman"/>
          <w:sz w:val="20"/>
        </w:rPr>
        <w:t>Utwór obowiązkowy: zgodnie z regulaminem festiwalu; prosimy oznaczyć go gwiazdką (*).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3888"/>
        <w:gridCol w:w="4032"/>
        <w:gridCol w:w="1584"/>
      </w:tblGrid>
      <w:tr w:rsidR="00FB5B1D" w:rsidRPr="00F67048" w14:paraId="74AB1F5A" w14:textId="77777777">
        <w:trPr>
          <w:trHeight w:val="648"/>
          <w:jc w:val="center"/>
        </w:trPr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96A1F4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D009A5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b/>
                <w:sz w:val="20"/>
              </w:rPr>
              <w:t>Tytuł utworu</w:t>
            </w:r>
          </w:p>
        </w:tc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0EF076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b/>
                <w:sz w:val="20"/>
              </w:rPr>
              <w:t>Kompozytor / autor opracowania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2B9977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b/>
                <w:sz w:val="20"/>
              </w:rPr>
              <w:t>Czas</w:t>
            </w:r>
          </w:p>
        </w:tc>
      </w:tr>
      <w:tr w:rsidR="00FB5B1D" w:rsidRPr="00F67048" w14:paraId="686CE140" w14:textId="77777777">
        <w:trPr>
          <w:trHeight w:val="648"/>
          <w:jc w:val="center"/>
        </w:trPr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DEB794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359A94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781C99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EDE4BC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B5B1D" w:rsidRPr="00F67048" w14:paraId="7F106F84" w14:textId="77777777">
        <w:trPr>
          <w:trHeight w:val="648"/>
          <w:jc w:val="center"/>
        </w:trPr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0A561A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95F4F9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E3998D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866654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B5B1D" w:rsidRPr="00F67048" w14:paraId="1A2E03C7" w14:textId="77777777">
        <w:trPr>
          <w:trHeight w:val="648"/>
          <w:jc w:val="center"/>
        </w:trPr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931457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800AFA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31C33C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1B80EE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B5B1D" w:rsidRPr="00F67048" w14:paraId="40357BBA" w14:textId="77777777">
        <w:trPr>
          <w:trHeight w:val="648"/>
          <w:jc w:val="center"/>
        </w:trPr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53B08C" w14:textId="77777777" w:rsidR="00FB5B1D" w:rsidRPr="00F6704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6704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A8E119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D047D5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60A8B8" w14:textId="77777777" w:rsidR="00FB5B1D" w:rsidRPr="00F67048" w:rsidRDefault="00FB5B1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ED86316" w14:textId="77777777" w:rsidR="00FB5B1D" w:rsidRPr="00F67048" w:rsidRDefault="00000000">
      <w:pPr>
        <w:spacing w:before="140"/>
        <w:rPr>
          <w:rFonts w:ascii="Times New Roman" w:hAnsi="Times New Roman" w:cs="Times New Roman"/>
        </w:rPr>
      </w:pPr>
      <w:r w:rsidRPr="00F67048">
        <w:rPr>
          <w:rFonts w:ascii="Times New Roman" w:hAnsi="Times New Roman" w:cs="Times New Roman"/>
          <w:sz w:val="20"/>
        </w:rPr>
        <w:t>Łączny czas utworów: ....................     Czas prezentacji z wejściem i zejściem: ....................</w:t>
      </w:r>
    </w:p>
    <w:p w14:paraId="2E5E3F00" w14:textId="41043E96" w:rsidR="00FB5B1D" w:rsidRPr="00F67048" w:rsidRDefault="00000000" w:rsidP="00F67048">
      <w:pPr>
        <w:pStyle w:val="Nagwek1"/>
        <w:jc w:val="center"/>
        <w:rPr>
          <w:rFonts w:ascii="Times New Roman" w:hAnsi="Times New Roman" w:cs="Times New Roman"/>
          <w:szCs w:val="24"/>
        </w:rPr>
      </w:pPr>
      <w:r w:rsidRPr="00F67048">
        <w:rPr>
          <w:rFonts w:ascii="Times New Roman" w:hAnsi="Times New Roman" w:cs="Times New Roman"/>
          <w:szCs w:val="24"/>
        </w:rPr>
        <w:t>Potrzeby techniczne</w:t>
      </w:r>
    </w:p>
    <w:p w14:paraId="70A3AE13" w14:textId="3117A61A" w:rsidR="00FB5B1D" w:rsidRP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Krzesła: .......... szt</w:t>
      </w:r>
      <w:r w:rsidR="00492461" w:rsidRPr="00F67048">
        <w:rPr>
          <w:rFonts w:ascii="Times New Roman" w:hAnsi="Times New Roman" w:cs="Times New Roman"/>
          <w:sz w:val="24"/>
          <w:szCs w:val="24"/>
        </w:rPr>
        <w:t xml:space="preserve">. </w:t>
      </w:r>
      <w:r w:rsidRPr="00F67048">
        <w:rPr>
          <w:rFonts w:ascii="Times New Roman" w:hAnsi="Times New Roman" w:cs="Times New Roman"/>
          <w:sz w:val="24"/>
          <w:szCs w:val="24"/>
        </w:rPr>
        <w:t>Pulpity: .......... szt</w:t>
      </w:r>
      <w:r w:rsidR="00492461" w:rsidRPr="00F67048">
        <w:rPr>
          <w:rFonts w:ascii="Times New Roman" w:hAnsi="Times New Roman" w:cs="Times New Roman"/>
          <w:sz w:val="24"/>
          <w:szCs w:val="24"/>
        </w:rPr>
        <w:t xml:space="preserve">. </w:t>
      </w:r>
      <w:r w:rsidRPr="00F67048">
        <w:rPr>
          <w:rFonts w:ascii="Times New Roman" w:hAnsi="Times New Roman" w:cs="Times New Roman"/>
          <w:sz w:val="24"/>
          <w:szCs w:val="24"/>
        </w:rPr>
        <w:t xml:space="preserve"> Instrument klawiszowy: ................................</w:t>
      </w:r>
    </w:p>
    <w:p w14:paraId="525A0F41" w14:textId="77777777" w:rsidR="00FB5B1D" w:rsidRP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Inne potrzeby / ustawienie zespołu: ......................................................................................</w:t>
      </w:r>
      <w:r w:rsidRPr="00F6704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</w:t>
      </w:r>
    </w:p>
    <w:p w14:paraId="6408104B" w14:textId="766C0536" w:rsidR="00FB5B1D" w:rsidRPr="00F67048" w:rsidRDefault="00000000" w:rsidP="00F67048">
      <w:pPr>
        <w:pStyle w:val="Nagwek1"/>
        <w:jc w:val="center"/>
        <w:rPr>
          <w:rFonts w:ascii="Times New Roman" w:hAnsi="Times New Roman" w:cs="Times New Roman"/>
          <w:szCs w:val="24"/>
        </w:rPr>
      </w:pPr>
      <w:r w:rsidRPr="00F67048">
        <w:rPr>
          <w:rFonts w:ascii="Times New Roman" w:hAnsi="Times New Roman" w:cs="Times New Roman"/>
          <w:szCs w:val="24"/>
        </w:rPr>
        <w:t>Dane do faktury</w:t>
      </w:r>
    </w:p>
    <w:p w14:paraId="24660BBA" w14:textId="4353CCFB" w:rsidR="00FB5B1D" w:rsidRP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Czy wystawić fakturę</w:t>
      </w:r>
      <w:r w:rsidR="00492461" w:rsidRPr="00F67048">
        <w:rPr>
          <w:rFonts w:ascii="Times New Roman" w:hAnsi="Times New Roman" w:cs="Times New Roman"/>
          <w:sz w:val="24"/>
          <w:szCs w:val="24"/>
        </w:rPr>
        <w:t xml:space="preserve">?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="00492461" w:rsidRPr="00F67048">
        <w:rPr>
          <w:rFonts w:ascii="Times New Roman" w:hAnsi="Times New Roman" w:cs="Times New Roman"/>
          <w:sz w:val="24"/>
          <w:szCs w:val="24"/>
        </w:rPr>
        <w:t xml:space="preserve">tak </w:t>
      </w:r>
      <w:r w:rsidR="00492461"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nie     Jeśli tak, prosimy uzupełnić dane nabywcy.</w:t>
      </w:r>
      <w:r w:rsidR="00155E94" w:rsidRPr="00155E9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9DCA96C" w14:textId="77777777" w:rsidR="00FB5B1D" w:rsidRP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>Nazwa / imię i nazwisko: ......................................................................................................</w:t>
      </w:r>
      <w:r w:rsidRPr="00F67048">
        <w:rPr>
          <w:rFonts w:ascii="Times New Roman" w:hAnsi="Times New Roman" w:cs="Times New Roman"/>
          <w:sz w:val="24"/>
          <w:szCs w:val="24"/>
        </w:rPr>
        <w:br/>
        <w:t>Adres: ..................................................................................................................................</w:t>
      </w:r>
      <w:r w:rsidRPr="00F67048">
        <w:rPr>
          <w:rFonts w:ascii="Times New Roman" w:hAnsi="Times New Roman" w:cs="Times New Roman"/>
          <w:sz w:val="24"/>
          <w:szCs w:val="24"/>
        </w:rPr>
        <w:br/>
        <w:t>NIP (jeśli dotyczy): ...................................     E-mail do faktury: ............................................</w:t>
      </w:r>
    </w:p>
    <w:p w14:paraId="215C7FAF" w14:textId="05F0EA68" w:rsidR="00FB5B1D" w:rsidRPr="00F67048" w:rsidRDefault="00000000" w:rsidP="00F67048">
      <w:pPr>
        <w:pStyle w:val="Nagwek1"/>
        <w:jc w:val="center"/>
        <w:rPr>
          <w:rFonts w:ascii="Times New Roman" w:hAnsi="Times New Roman" w:cs="Times New Roman"/>
          <w:szCs w:val="24"/>
        </w:rPr>
      </w:pPr>
      <w:r w:rsidRPr="00F67048">
        <w:rPr>
          <w:rFonts w:ascii="Times New Roman" w:hAnsi="Times New Roman" w:cs="Times New Roman"/>
          <w:szCs w:val="24"/>
        </w:rPr>
        <w:lastRenderedPageBreak/>
        <w:t>Załączniki i potwierdzenie zgłoszenia</w:t>
      </w:r>
    </w:p>
    <w:p w14:paraId="572F3D2E" w14:textId="77777777" w:rsid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Krótka nota o zespole w pliku edytowalnym     </w:t>
      </w:r>
    </w:p>
    <w:p w14:paraId="749B2254" w14:textId="303AB49A" w:rsidR="00FB5B1D" w:rsidRP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Aktualne zdjęcie zespołu w dobrej rozdzielczości</w:t>
      </w:r>
    </w:p>
    <w:p w14:paraId="7E80F4D6" w14:textId="065D4FFB" w:rsidR="00FB5B1D" w:rsidRDefault="00000000" w:rsidP="00F67048">
      <w:pPr>
        <w:jc w:val="both"/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Potwierdzam prawdziwość danych i upoważnienie do zgłoszenia zespołu. Oświadczam, że znam </w:t>
      </w:r>
      <w:r w:rsidR="00F67048">
        <w:rPr>
          <w:rFonts w:ascii="Times New Roman" w:hAnsi="Times New Roman" w:cs="Times New Roman"/>
          <w:sz w:val="24"/>
          <w:szCs w:val="24"/>
        </w:rPr>
        <w:br/>
      </w:r>
      <w:r w:rsidRPr="00F67048">
        <w:rPr>
          <w:rFonts w:ascii="Times New Roman" w:hAnsi="Times New Roman" w:cs="Times New Roman"/>
          <w:sz w:val="24"/>
          <w:szCs w:val="24"/>
        </w:rPr>
        <w:t>i akceptuję regulamin XIV Międzynarodowego Festiwalu Kolęd i Pastorałek w Rzeszowie.</w:t>
      </w:r>
    </w:p>
    <w:p w14:paraId="526102D2" w14:textId="77777777" w:rsidR="00F67048" w:rsidRDefault="00F67048" w:rsidP="00F670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068C2" w14:textId="77777777" w:rsidR="00F67048" w:rsidRPr="00F67048" w:rsidRDefault="00F67048" w:rsidP="00F670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3DAD8E" w14:textId="4E6E7E6D" w:rsidR="00FB5B1D" w:rsidRP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Miejscowość i data: ..................................     </w:t>
      </w:r>
      <w:r w:rsidR="005B1F3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67048">
        <w:rPr>
          <w:rFonts w:ascii="Times New Roman" w:hAnsi="Times New Roman" w:cs="Times New Roman"/>
          <w:sz w:val="24"/>
          <w:szCs w:val="24"/>
        </w:rPr>
        <w:t>Podpis osoby zgłaszającej: ................................</w:t>
      </w:r>
    </w:p>
    <w:p w14:paraId="2EB69853" w14:textId="77777777" w:rsidR="00F67048" w:rsidRDefault="00F67048">
      <w:pPr>
        <w:rPr>
          <w:rFonts w:ascii="Times New Roman" w:hAnsi="Times New Roman" w:cs="Times New Roman"/>
          <w:sz w:val="24"/>
          <w:szCs w:val="24"/>
        </w:rPr>
      </w:pPr>
    </w:p>
    <w:p w14:paraId="1407EA67" w14:textId="77777777" w:rsidR="00F67048" w:rsidRDefault="00F67048">
      <w:pPr>
        <w:rPr>
          <w:rFonts w:ascii="Times New Roman" w:hAnsi="Times New Roman" w:cs="Times New Roman"/>
          <w:sz w:val="24"/>
          <w:szCs w:val="24"/>
        </w:rPr>
      </w:pPr>
    </w:p>
    <w:p w14:paraId="49E4F16E" w14:textId="77777777" w:rsidR="00F67048" w:rsidRDefault="00F67048">
      <w:pPr>
        <w:rPr>
          <w:rFonts w:ascii="Times New Roman" w:hAnsi="Times New Roman" w:cs="Times New Roman"/>
          <w:sz w:val="24"/>
          <w:szCs w:val="24"/>
        </w:rPr>
      </w:pPr>
    </w:p>
    <w:p w14:paraId="2BDD0497" w14:textId="77777777" w:rsidR="00F67048" w:rsidRDefault="00F67048">
      <w:pPr>
        <w:rPr>
          <w:rFonts w:ascii="Times New Roman" w:hAnsi="Times New Roman" w:cs="Times New Roman"/>
          <w:sz w:val="24"/>
          <w:szCs w:val="24"/>
        </w:rPr>
      </w:pPr>
    </w:p>
    <w:p w14:paraId="3D37E525" w14:textId="1515CD65" w:rsidR="00FB5B1D" w:rsidRPr="00F67048" w:rsidRDefault="00000000">
      <w:pPr>
        <w:rPr>
          <w:rFonts w:ascii="Times New Roman" w:hAnsi="Times New Roman" w:cs="Times New Roman"/>
          <w:sz w:val="24"/>
          <w:szCs w:val="24"/>
        </w:rPr>
      </w:pPr>
      <w:r w:rsidRPr="00F67048">
        <w:rPr>
          <w:rFonts w:ascii="Times New Roman" w:hAnsi="Times New Roman" w:cs="Times New Roman"/>
          <w:sz w:val="24"/>
          <w:szCs w:val="24"/>
        </w:rPr>
        <w:t xml:space="preserve">Źródło informacji o festiwalu (opcjonalnie):  </w:t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strona </w:t>
      </w:r>
      <w:r w:rsidR="001A681F" w:rsidRPr="00F67048">
        <w:rPr>
          <w:rFonts w:ascii="Times New Roman" w:hAnsi="Times New Roman" w:cs="Times New Roman"/>
          <w:sz w:val="24"/>
          <w:szCs w:val="24"/>
        </w:rPr>
        <w:t xml:space="preserve">internetowa </w:t>
      </w:r>
      <w:r w:rsidR="001A681F"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Facebook</w:t>
      </w:r>
      <w:r w:rsidRPr="00F67048">
        <w:rPr>
          <w:rFonts w:ascii="Times New Roman" w:hAnsi="Times New Roman" w:cs="Times New Roman"/>
          <w:sz w:val="24"/>
          <w:szCs w:val="24"/>
        </w:rPr>
        <w:br/>
      </w:r>
      <w:r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="002D5CB6" w:rsidRPr="00F67048">
        <w:rPr>
          <w:rFonts w:ascii="Times New Roman" w:hAnsi="Times New Roman" w:cs="Times New Roman"/>
          <w:sz w:val="24"/>
          <w:szCs w:val="24"/>
        </w:rPr>
        <w:t xml:space="preserve">e-mail </w:t>
      </w:r>
      <w:r w:rsidR="002D5CB6"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</w:t>
      </w:r>
      <w:r w:rsidR="002D5CB6" w:rsidRPr="00F67048">
        <w:rPr>
          <w:rFonts w:ascii="Times New Roman" w:hAnsi="Times New Roman" w:cs="Times New Roman"/>
          <w:sz w:val="24"/>
          <w:szCs w:val="24"/>
        </w:rPr>
        <w:t xml:space="preserve">prasa </w:t>
      </w:r>
      <w:r w:rsidR="002D5CB6" w:rsidRPr="00F67048">
        <w:rPr>
          <w:rFonts w:ascii="Segoe UI Symbol" w:hAnsi="Segoe UI Symbol" w:cs="Segoe UI Symbol"/>
          <w:sz w:val="24"/>
          <w:szCs w:val="24"/>
        </w:rPr>
        <w:t>☐</w:t>
      </w:r>
      <w:r w:rsidRPr="00F67048">
        <w:rPr>
          <w:rFonts w:ascii="Times New Roman" w:hAnsi="Times New Roman" w:cs="Times New Roman"/>
          <w:sz w:val="24"/>
          <w:szCs w:val="24"/>
        </w:rPr>
        <w:t xml:space="preserve"> inne: ....................................................................................................</w:t>
      </w:r>
    </w:p>
    <w:p w14:paraId="56262DA9" w14:textId="77777777" w:rsidR="005B1F3A" w:rsidRDefault="005B1F3A" w:rsidP="005B1F3A">
      <w:pPr>
        <w:pStyle w:val="Tytu"/>
        <w:spacing w:after="60"/>
        <w:jc w:val="center"/>
      </w:pPr>
    </w:p>
    <w:p w14:paraId="0AB767BF" w14:textId="77777777" w:rsidR="005B1F3A" w:rsidRDefault="005B1F3A" w:rsidP="005B1F3A">
      <w:pPr>
        <w:pStyle w:val="Tytu"/>
        <w:spacing w:after="60"/>
        <w:jc w:val="center"/>
      </w:pPr>
    </w:p>
    <w:p w14:paraId="73D28EDE" w14:textId="11B292D3" w:rsidR="005B1F3A" w:rsidRDefault="005B1F3A" w:rsidP="005B1F3A">
      <w:pPr>
        <w:pStyle w:val="Tytu"/>
        <w:spacing w:after="60"/>
        <w:jc w:val="center"/>
      </w:pPr>
      <w:r>
        <w:t>Klauzula informacyjna RODO</w:t>
      </w:r>
    </w:p>
    <w:p w14:paraId="6FBFC472" w14:textId="77777777" w:rsidR="005B1F3A" w:rsidRDefault="005B1F3A" w:rsidP="005B1F3A">
      <w:pPr>
        <w:jc w:val="center"/>
      </w:pPr>
      <w:r>
        <w:rPr>
          <w:b/>
        </w:rPr>
        <w:t>XIV Międzynarodowy Festiwal Kolęd i Pastorałek w Rzeszowie</w:t>
      </w:r>
      <w:r>
        <w:rPr>
          <w:b/>
        </w:rPr>
        <w:br/>
      </w:r>
      <w:proofErr w:type="gramStart"/>
      <w:r>
        <w:rPr>
          <w:b/>
        </w:rPr>
        <w:t>30</w:t>
      </w:r>
      <w:proofErr w:type="gramEnd"/>
      <w:r>
        <w:rPr>
          <w:b/>
        </w:rPr>
        <w:t xml:space="preserve"> stycznia 2027 r.</w:t>
      </w:r>
    </w:p>
    <w:p w14:paraId="2AE0358A" w14:textId="31DD9A1A" w:rsidR="005B1F3A" w:rsidRDefault="002D5CB6" w:rsidP="005B1F3A">
      <w:pPr>
        <w:spacing w:after="80" w:line="240" w:lineRule="auto"/>
      </w:pPr>
      <w:r>
        <w:rPr>
          <w:b/>
          <w:sz w:val="20"/>
        </w:rPr>
        <w:t>1 Administrator</w:t>
      </w:r>
      <w:r w:rsidR="005B1F3A">
        <w:rPr>
          <w:b/>
          <w:sz w:val="20"/>
        </w:rPr>
        <w:t xml:space="preserve"> i kontakt</w:t>
      </w:r>
      <w:r w:rsidR="005B1F3A">
        <w:rPr>
          <w:b/>
          <w:sz w:val="20"/>
        </w:rPr>
        <w:br/>
      </w:r>
      <w:r w:rsidR="005B1F3A">
        <w:rPr>
          <w:sz w:val="20"/>
        </w:rPr>
        <w:t>Administratorem danych jest Polski Związek Chórów i Orkiestr – Oddział w Rzeszowie, ul. Okrzei 7, 35-002 Rzeszów. Kontakt w sprawach ochrony danych i realizacji praw: pzchio.rzeszow@gmail.com lub pisemnie na adres siedziby.</w:t>
      </w:r>
    </w:p>
    <w:p w14:paraId="7672A6CD" w14:textId="11BEB726" w:rsidR="005B1F3A" w:rsidRDefault="002D5CB6" w:rsidP="005B1F3A">
      <w:pPr>
        <w:spacing w:after="80" w:line="240" w:lineRule="auto"/>
      </w:pPr>
      <w:r>
        <w:rPr>
          <w:b/>
          <w:sz w:val="20"/>
        </w:rPr>
        <w:t>2 Zakres</w:t>
      </w:r>
      <w:r w:rsidR="005B1F3A">
        <w:rPr>
          <w:b/>
          <w:sz w:val="20"/>
        </w:rPr>
        <w:t xml:space="preserve"> i źródło danych</w:t>
      </w:r>
      <w:r w:rsidR="005B1F3A">
        <w:rPr>
          <w:b/>
          <w:sz w:val="20"/>
        </w:rPr>
        <w:br/>
      </w:r>
      <w:r w:rsidR="005B1F3A">
        <w:rPr>
          <w:sz w:val="20"/>
        </w:rPr>
        <w:t>Przetwarzamy podane w zgłoszeniu i załącznikach dane identyfikacyjne, kontaktowe, korespondencyjne i rozliczeniowe, funkcję, informacje o działalności artystycznej oraz wizerunek na przekazanym zdjęciu. Otrzymujemy je bezpośrednio od Państwa albo od osoby zgłaszającej zespół. Klauzula obejmuje również wskazanych w zgłoszeniu dyrygentów i osoby do kontaktu.</w:t>
      </w:r>
    </w:p>
    <w:p w14:paraId="2776051A" w14:textId="70A14BA2" w:rsidR="005B1F3A" w:rsidRDefault="002D5CB6" w:rsidP="005B1F3A">
      <w:pPr>
        <w:spacing w:after="80" w:line="240" w:lineRule="auto"/>
      </w:pPr>
      <w:r>
        <w:rPr>
          <w:b/>
          <w:sz w:val="20"/>
        </w:rPr>
        <w:t>3 Cele</w:t>
      </w:r>
      <w:r w:rsidR="005B1F3A">
        <w:rPr>
          <w:b/>
          <w:sz w:val="20"/>
        </w:rPr>
        <w:t xml:space="preserve"> i podstawy prawne</w:t>
      </w:r>
      <w:r w:rsidR="005B1F3A">
        <w:rPr>
          <w:b/>
          <w:sz w:val="20"/>
        </w:rPr>
        <w:br/>
      </w:r>
      <w:r w:rsidR="005B1F3A">
        <w:rPr>
          <w:sz w:val="20"/>
        </w:rPr>
        <w:t xml:space="preserve">Obsługa zgłoszeń, kontakt, organizacja festiwalu i prowadzenie jego kroniki, przygotowanie programu, dyplomów i ogłoszenie wyników służą prawnie uzasadnionemu interesowi administratora polegającemu na przeprowadzeniu wydarzenia kulturalnego — art. 6 ust. </w:t>
      </w:r>
      <w:proofErr w:type="gramStart"/>
      <w:r w:rsidR="005B1F3A">
        <w:rPr>
          <w:sz w:val="20"/>
        </w:rPr>
        <w:t>1</w:t>
      </w:r>
      <w:proofErr w:type="gramEnd"/>
      <w:r w:rsidR="005B1F3A">
        <w:rPr>
          <w:sz w:val="20"/>
        </w:rPr>
        <w:t xml:space="preserve"> lit. f RODO. Ta sama podstawa obejmuje ustalenie, dochodzenie i obronę roszczeń. Jeśli osoba fizyczna jest stroną umowy o udział, dane niezbędne do jej zawarcia i wykonania przetwarzamy na podstawie art. 6 ust. </w:t>
      </w:r>
      <w:proofErr w:type="gramStart"/>
      <w:r w:rsidR="005B1F3A">
        <w:rPr>
          <w:sz w:val="20"/>
        </w:rPr>
        <w:t>1</w:t>
      </w:r>
      <w:proofErr w:type="gramEnd"/>
      <w:r w:rsidR="005B1F3A">
        <w:rPr>
          <w:sz w:val="20"/>
        </w:rPr>
        <w:t xml:space="preserve"> lit. b RODO. Rozliczenia i wymagana dokumentacja księgowo-podatkowa opierają się na art. 6 ust. </w:t>
      </w:r>
      <w:proofErr w:type="gramStart"/>
      <w:r w:rsidR="005B1F3A">
        <w:rPr>
          <w:sz w:val="20"/>
        </w:rPr>
        <w:t>1</w:t>
      </w:r>
      <w:proofErr w:type="gramEnd"/>
      <w:r w:rsidR="005B1F3A">
        <w:rPr>
          <w:sz w:val="20"/>
        </w:rPr>
        <w:t xml:space="preserve"> lit. c RODO w związku z ustawą z 29 września 1994 r. o rachunkowości, ustawą z 29 sierpnia 1997 r. – Ordynacja podatkowa oraz, w zakresie wystawiania faktur, ustawą z 11 marca 2004 r. o podatku od towarów i usług.</w:t>
      </w:r>
    </w:p>
    <w:p w14:paraId="75AE8F62" w14:textId="7446E586" w:rsidR="005B1F3A" w:rsidRDefault="002D5CB6" w:rsidP="005B1F3A">
      <w:pPr>
        <w:spacing w:after="80" w:line="240" w:lineRule="auto"/>
      </w:pPr>
      <w:r>
        <w:rPr>
          <w:b/>
          <w:sz w:val="20"/>
        </w:rPr>
        <w:t>4 Odbiorcy</w:t>
      </w:r>
      <w:r w:rsidR="005B1F3A">
        <w:rPr>
          <w:b/>
          <w:sz w:val="20"/>
        </w:rPr>
        <w:t xml:space="preserve"> danych</w:t>
      </w:r>
      <w:r w:rsidR="005B1F3A">
        <w:rPr>
          <w:b/>
          <w:sz w:val="20"/>
        </w:rPr>
        <w:br/>
      </w:r>
      <w:r w:rsidR="005B1F3A">
        <w:rPr>
          <w:sz w:val="20"/>
        </w:rPr>
        <w:t>Dane mogą otrzymać jury oraz podmioty zapewniające obsługę organizacyjną, informatyczną, pocztową, księgową i prawną, w zakresie niezbędnym do ich zadań, a także uprawnione organy. Imię i nazwisko dyrygenta oraz informacje o zespole mogą znaleźć się w programie i wynikach festiwalu dostępnych publicznie. Dane kontaktowe i rozliczeniowe nie są przeznaczone do publikacji.</w:t>
      </w:r>
    </w:p>
    <w:p w14:paraId="44BF93BE" w14:textId="598767A5" w:rsidR="005B1F3A" w:rsidRDefault="002D5CB6" w:rsidP="005B1F3A">
      <w:pPr>
        <w:spacing w:after="80" w:line="240" w:lineRule="auto"/>
      </w:pPr>
      <w:r>
        <w:rPr>
          <w:b/>
          <w:sz w:val="20"/>
        </w:rPr>
        <w:t>5 Czas</w:t>
      </w:r>
      <w:r w:rsidR="005B1F3A">
        <w:rPr>
          <w:b/>
          <w:sz w:val="20"/>
        </w:rPr>
        <w:t xml:space="preserve"> przechowywania</w:t>
      </w:r>
      <w:r w:rsidR="005B1F3A">
        <w:rPr>
          <w:b/>
          <w:sz w:val="20"/>
        </w:rPr>
        <w:br/>
      </w:r>
      <w:r w:rsidR="005B1F3A">
        <w:rPr>
          <w:sz w:val="20"/>
        </w:rPr>
        <w:t xml:space="preserve">Dokumentację zgłoszenia przechowujemy do zakończenia organizacji i rozliczenia festiwalu oraz rozpatrzenia związanych z nim reklamacji. Po tym okresie dokumentację zgłoszeń ograniczamy do danych niezbędnych do obowiązków prawnych lub </w:t>
      </w:r>
      <w:r w:rsidR="005B1F3A">
        <w:rPr>
          <w:sz w:val="20"/>
        </w:rPr>
        <w:lastRenderedPageBreak/>
        <w:t>zabezpieczenia roszczeń — przez okres wynikający z przepisów księgowo-podatkowych lub właściwy termin przedawnienia. Jeżeli trwa postępowanie, okres ten obejmuje czas do jego prawomocnego zakończenia. Publiczne programy i wyniki mogą pozostać w kronice festiwalu tak długo, jak służą dokumentowaniu jego historii; zasadność dalszego przechowywania podlega okresowej ocenie.</w:t>
      </w:r>
    </w:p>
    <w:p w14:paraId="0493C4A8" w14:textId="29459614" w:rsidR="005B1F3A" w:rsidRDefault="002D5CB6" w:rsidP="005B1F3A">
      <w:pPr>
        <w:spacing w:after="80" w:line="240" w:lineRule="auto"/>
      </w:pPr>
      <w:r>
        <w:rPr>
          <w:b/>
          <w:sz w:val="20"/>
        </w:rPr>
        <w:t>6 Przekazywanie</w:t>
      </w:r>
      <w:r w:rsidR="005B1F3A">
        <w:rPr>
          <w:b/>
          <w:sz w:val="20"/>
        </w:rPr>
        <w:t xml:space="preserve"> danych poza EOG</w:t>
      </w:r>
      <w:r w:rsidR="005B1F3A">
        <w:rPr>
          <w:b/>
          <w:sz w:val="20"/>
        </w:rPr>
        <w:br/>
      </w:r>
      <w:r w:rsidR="005B1F3A">
        <w:rPr>
          <w:sz w:val="20"/>
        </w:rPr>
        <w:t>Korzystamy z poczty Gmail świadczonej przez Google. Może to wiązać się z przetwarzaniem danych poza EOG, w tym w USA. Google wskazuje jako mechanizmy transferu decyzje o odpowiednim stopniu ochrony, w tym ramy UE–USA dla objętych nimi podmiotów, albo standardowe klauzule umowne. Informacje i sposób uzyskania kopii zabezpieczeń: https://policies.google.com/privacy/frameworks?hl=pl; można również skontaktować się z administratorem.</w:t>
      </w:r>
    </w:p>
    <w:p w14:paraId="33EC1256" w14:textId="76B50EAA" w:rsidR="005B1F3A" w:rsidRDefault="002D5CB6" w:rsidP="005B1F3A">
      <w:pPr>
        <w:spacing w:after="80" w:line="240" w:lineRule="auto"/>
      </w:pPr>
      <w:r>
        <w:rPr>
          <w:b/>
          <w:sz w:val="20"/>
        </w:rPr>
        <w:t>7 Prawa</w:t>
      </w:r>
      <w:r w:rsidR="005B1F3A">
        <w:rPr>
          <w:b/>
          <w:sz w:val="20"/>
        </w:rPr>
        <w:t xml:space="preserve"> osób</w:t>
      </w:r>
      <w:r w:rsidR="005B1F3A">
        <w:rPr>
          <w:b/>
          <w:sz w:val="20"/>
        </w:rPr>
        <w:br/>
      </w:r>
      <w:r w:rsidR="005B1F3A">
        <w:rPr>
          <w:sz w:val="20"/>
        </w:rPr>
        <w:t xml:space="preserve">Na warunkach RODO przysługuje prawo dostępu do danych, ich sprostowania, usunięcia i ograniczenia przetwarzania. Wobec przetwarzania na podstawie art. 6 ust. </w:t>
      </w:r>
      <w:proofErr w:type="gramStart"/>
      <w:r w:rsidR="005B1F3A">
        <w:rPr>
          <w:sz w:val="20"/>
        </w:rPr>
        <w:t>1</w:t>
      </w:r>
      <w:proofErr w:type="gramEnd"/>
      <w:r w:rsidR="005B1F3A">
        <w:rPr>
          <w:sz w:val="20"/>
        </w:rPr>
        <w:t xml:space="preserve"> lit. f można wnieść sprzeciw z przyczyn związanych ze szczególną sytuacją. Prawo przenoszenia danych dotyczy przetwarzania zautomatyzowanego na podstawie umowy. Przysługuje prawo wniesienia skargi do Prezesa Urzędu Ochrony Danych Osobowych.</w:t>
      </w:r>
    </w:p>
    <w:p w14:paraId="028834A7" w14:textId="7F9FA21C" w:rsidR="005B1F3A" w:rsidRDefault="002D5CB6" w:rsidP="005B1F3A">
      <w:pPr>
        <w:spacing w:after="80" w:line="240" w:lineRule="auto"/>
      </w:pPr>
      <w:r>
        <w:rPr>
          <w:b/>
          <w:sz w:val="20"/>
        </w:rPr>
        <w:t>8 Podanie</w:t>
      </w:r>
      <w:r w:rsidR="005B1F3A">
        <w:rPr>
          <w:b/>
          <w:sz w:val="20"/>
        </w:rPr>
        <w:t xml:space="preserve"> danych i sposób podejmowania decyzji</w:t>
      </w:r>
      <w:r w:rsidR="005B1F3A">
        <w:rPr>
          <w:b/>
          <w:sz w:val="20"/>
        </w:rPr>
        <w:br/>
      </w:r>
      <w:r w:rsidR="005B1F3A">
        <w:rPr>
          <w:sz w:val="20"/>
        </w:rPr>
        <w:t>Dane identyfikacyjne i kontaktowe są potrzebne do obsługi zgłoszenia; ich brak może uniemożliwić udział. Dane do faktury są wymagane w zakresie wynikającym z przepisów. Pola oznaczone jako opcjonalne są dobrowolne. W ramach obsługi zgłoszeń nie podejmujemy decyzji opartych wyłącznie na zautomatyzowanym przetwarzaniu, w tym profilowaniu.</w:t>
      </w:r>
    </w:p>
    <w:p w14:paraId="3E58A21E" w14:textId="6BB0A571" w:rsidR="005B1F3A" w:rsidRDefault="002D5CB6" w:rsidP="005B1F3A">
      <w:pPr>
        <w:spacing w:after="80" w:line="240" w:lineRule="auto"/>
      </w:pPr>
      <w:r>
        <w:rPr>
          <w:b/>
          <w:sz w:val="20"/>
        </w:rPr>
        <w:t>9 Zdjęcia</w:t>
      </w:r>
      <w:r w:rsidR="005B1F3A">
        <w:rPr>
          <w:b/>
          <w:sz w:val="20"/>
        </w:rPr>
        <w:t xml:space="preserve"> i nagrania</w:t>
      </w:r>
      <w:r w:rsidR="005B1F3A">
        <w:rPr>
          <w:b/>
          <w:sz w:val="20"/>
        </w:rPr>
        <w:br/>
      </w:r>
      <w:r w:rsidR="005B1F3A">
        <w:rPr>
          <w:sz w:val="20"/>
        </w:rPr>
        <w:t xml:space="preserve">Przekazanie zdjęcia ani podpisanie karty nie stanowi zbiorowej zgody na publikację wizerunku członków zespołu. Rozpowszechnianie wizerunku wymaga odrębnej podstawy. Wyjątek z art. 81 ust. </w:t>
      </w:r>
      <w:proofErr w:type="gramStart"/>
      <w:r w:rsidR="005B1F3A">
        <w:rPr>
          <w:sz w:val="20"/>
        </w:rPr>
        <w:t>2</w:t>
      </w:r>
      <w:proofErr w:type="gramEnd"/>
      <w:r w:rsidR="005B1F3A">
        <w:rPr>
          <w:sz w:val="20"/>
        </w:rPr>
        <w:t xml:space="preserve"> pkt </w:t>
      </w:r>
      <w:proofErr w:type="gramStart"/>
      <w:r w:rsidR="005B1F3A">
        <w:rPr>
          <w:sz w:val="20"/>
        </w:rPr>
        <w:t>2</w:t>
      </w:r>
      <w:proofErr w:type="gramEnd"/>
      <w:r w:rsidR="005B1F3A">
        <w:rPr>
          <w:sz w:val="20"/>
        </w:rPr>
        <w:t xml:space="preserve"> ustawy o prawie autorskim i prawach pokrewnych dotyczy wyłącznie osoby stanowiącej szczegół większej całości, np. publicznej imprezy; nie obejmuje automatycznie każdego zdjęcia grupowego ani zbliżenia wykonawcy.</w:t>
      </w:r>
    </w:p>
    <w:p w14:paraId="69501C42" w14:textId="77777777" w:rsidR="005B1F3A" w:rsidRDefault="005B1F3A" w:rsidP="005B1F3A">
      <w:pPr>
        <w:spacing w:after="0"/>
      </w:pPr>
      <w:r>
        <w:rPr>
          <w:sz w:val="18"/>
        </w:rPr>
        <w:t>Informacja na podstawie art. 13 i 14 RODO (rozporządzenie UE 2016/679). Prosimy przekazać ją osobom, których dane podano w zgłoszeniu.</w:t>
      </w:r>
    </w:p>
    <w:p w14:paraId="5F4D9DDE" w14:textId="493B65F1" w:rsidR="00FB5B1D" w:rsidRPr="00F67048" w:rsidRDefault="00FB5B1D" w:rsidP="005B1F3A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FB5B1D" w:rsidRPr="00F67048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4E289" w14:textId="77777777" w:rsidR="000774E0" w:rsidRDefault="000774E0">
      <w:pPr>
        <w:spacing w:after="0" w:line="240" w:lineRule="auto"/>
      </w:pPr>
      <w:r>
        <w:separator/>
      </w:r>
    </w:p>
  </w:endnote>
  <w:endnote w:type="continuationSeparator" w:id="0">
    <w:p w14:paraId="46B4C53D" w14:textId="77777777" w:rsidR="000774E0" w:rsidRDefault="00077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631A" w14:textId="6776266D" w:rsidR="00FB5B1D" w:rsidRDefault="00000000">
    <w:pPr>
      <w:pStyle w:val="Stopka"/>
      <w:jc w:val="right"/>
    </w:pPr>
    <w:r>
      <w:rPr>
        <w:sz w:val="16"/>
      </w:rPr>
      <w:t xml:space="preserve">Karta </w:t>
    </w:r>
    <w:r w:rsidR="002D5CB6">
      <w:rPr>
        <w:sz w:val="16"/>
      </w:rPr>
      <w:t xml:space="preserve">zgłoszenia • </w:t>
    </w:r>
    <w:r w:rsidR="008934D2">
      <w:rPr>
        <w:sz w:val="16"/>
      </w:rPr>
      <w:t>30.01.2027 |</w:t>
    </w:r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F670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29B57" w14:textId="77777777" w:rsidR="000774E0" w:rsidRDefault="000774E0">
      <w:pPr>
        <w:spacing w:after="0" w:line="240" w:lineRule="auto"/>
      </w:pPr>
      <w:r>
        <w:separator/>
      </w:r>
    </w:p>
  </w:footnote>
  <w:footnote w:type="continuationSeparator" w:id="0">
    <w:p w14:paraId="6D03F21F" w14:textId="77777777" w:rsidR="000774E0" w:rsidRDefault="00077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1007810">
    <w:abstractNumId w:val="8"/>
  </w:num>
  <w:num w:numId="2" w16cid:durableId="1952591723">
    <w:abstractNumId w:val="6"/>
  </w:num>
  <w:num w:numId="3" w16cid:durableId="509567368">
    <w:abstractNumId w:val="5"/>
  </w:num>
  <w:num w:numId="4" w16cid:durableId="1076591483">
    <w:abstractNumId w:val="4"/>
  </w:num>
  <w:num w:numId="5" w16cid:durableId="935938819">
    <w:abstractNumId w:val="7"/>
  </w:num>
  <w:num w:numId="6" w16cid:durableId="1745180984">
    <w:abstractNumId w:val="3"/>
  </w:num>
  <w:num w:numId="7" w16cid:durableId="769400424">
    <w:abstractNumId w:val="2"/>
  </w:num>
  <w:num w:numId="8" w16cid:durableId="354431030">
    <w:abstractNumId w:val="1"/>
  </w:num>
  <w:num w:numId="9" w16cid:durableId="44708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867"/>
    <w:rsid w:val="0006063C"/>
    <w:rsid w:val="000774E0"/>
    <w:rsid w:val="0015074B"/>
    <w:rsid w:val="00155E94"/>
    <w:rsid w:val="001A681F"/>
    <w:rsid w:val="0029639D"/>
    <w:rsid w:val="002D5CB6"/>
    <w:rsid w:val="00326F90"/>
    <w:rsid w:val="00485F59"/>
    <w:rsid w:val="00492461"/>
    <w:rsid w:val="005B1F3A"/>
    <w:rsid w:val="008934D2"/>
    <w:rsid w:val="00AA1D8D"/>
    <w:rsid w:val="00B47730"/>
    <w:rsid w:val="00CB0664"/>
    <w:rsid w:val="00F67048"/>
    <w:rsid w:val="00FB5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27470D"/>
  <w14:defaultImageDpi w14:val="300"/>
  <w15:docId w15:val="{1F4B43D4-27A9-4366-9956-24ACAE2C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1228</Words>
  <Characters>7371</Characters>
  <Application>Microsoft Office Word</Application>
  <DocSecurity>0</DocSecurity>
  <Lines>61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MAREK-KAMIŃSKA</cp:lastModifiedBy>
  <cp:revision>7</cp:revision>
  <dcterms:created xsi:type="dcterms:W3CDTF">2026-09-26T08:56:00Z</dcterms:created>
  <dcterms:modified xsi:type="dcterms:W3CDTF">2026-09-26T09:00:00Z</dcterms:modified>
  <cp:category/>
</cp:coreProperties>
</file>